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5C7" w:rsidRDefault="008F1267">
      <w:pPr>
        <w:jc w:val="center"/>
      </w:pPr>
      <w:r>
        <w:rPr>
          <w:b/>
          <w:sz w:val="32"/>
        </w:rPr>
        <w:t>OGÓLNOPOLSKI KONKURS PLASTYCZNY</w:t>
      </w:r>
    </w:p>
    <w:p w:rsidR="00C375C7" w:rsidRDefault="008F1267">
      <w:pPr>
        <w:jc w:val="center"/>
      </w:pPr>
      <w:r>
        <w:rPr>
          <w:b/>
          <w:sz w:val="28"/>
        </w:rPr>
        <w:t>„W zdrowym ciele, zdrowy duch”</w:t>
      </w:r>
    </w:p>
    <w:p w:rsidR="00C375C7" w:rsidRDefault="008F1267">
      <w:pPr>
        <w:jc w:val="center"/>
      </w:pPr>
      <w:r>
        <w:rPr>
          <w:b/>
        </w:rPr>
        <w:t>REGULAMIN KONKURSU ORAZ FORMULARZE</w:t>
      </w:r>
    </w:p>
    <w:p w:rsidR="00C375C7" w:rsidRDefault="008F1267">
      <w:r>
        <w:t>Organizator:</w:t>
      </w:r>
      <w:r>
        <w:br/>
        <w:t>Przedszkole Publiczne nr 3 im. Akademii Wesołych Bajtli w Radlinie</w:t>
      </w:r>
      <w:r>
        <w:br/>
        <w:t>ul. Mariacka 1, 44-310 Radlin</w:t>
      </w:r>
    </w:p>
    <w:p w:rsidR="00C375C7" w:rsidRDefault="008F1267">
      <w:r>
        <w:t xml:space="preserve">Osoby odpowiedzialne za organizację: Agnieszka </w:t>
      </w:r>
      <w:r>
        <w:t>Mika i Aleksandra Durmowicz</w:t>
      </w:r>
    </w:p>
    <w:p w:rsidR="00C375C7" w:rsidRDefault="008F1267">
      <w:r>
        <w:t>Nadsyłanie prac: 5–23 października 2026 r.</w:t>
      </w:r>
      <w:r>
        <w:br/>
        <w:t>Ogłoszenie wyników: 26 października 2026 r.</w:t>
      </w:r>
      <w:r>
        <w:br/>
        <w:t>Wysyłka nagród: 27 października 2026 r.</w:t>
      </w:r>
    </w:p>
    <w:p w:rsidR="00C375C7" w:rsidRDefault="008F1267">
      <w:r>
        <w:rPr>
          <w:b/>
          <w:sz w:val="23"/>
        </w:rPr>
        <w:t>§ 1. Organizator</w:t>
      </w:r>
    </w:p>
    <w:p w:rsidR="00C375C7" w:rsidRDefault="008F1267">
      <w:r>
        <w:t>1. Organizatorem ogólnopolskiego konkursu plastycznego „W zdrowym ciele, zdrowy duch</w:t>
      </w:r>
      <w:r>
        <w:t>”, zwanego dalej „Konkursem”, jest Przedszkole Publiczne nr 3 im. Akademii Wesołych Bajtli w Radlinie, ul. Mariacka 1, 44-310 Radlin.</w:t>
      </w:r>
    </w:p>
    <w:p w:rsidR="00C375C7" w:rsidRDefault="008F1267">
      <w:r>
        <w:t>2. Osoby odpowiedzialne za organizację Konkursu: Agnieszka Mika i Aleksandra Durmowicz.</w:t>
      </w:r>
    </w:p>
    <w:p w:rsidR="00C375C7" w:rsidRDefault="008F1267">
      <w:r>
        <w:rPr>
          <w:b/>
          <w:sz w:val="23"/>
        </w:rPr>
        <w:t>§ 2. Cele Konkursu</w:t>
      </w:r>
    </w:p>
    <w:p w:rsidR="00C375C7" w:rsidRDefault="008F1267">
      <w:pPr>
        <w:pStyle w:val="Listapunktowana"/>
      </w:pPr>
      <w:r>
        <w:t>promowanie akty</w:t>
      </w:r>
      <w:r>
        <w:t>wnego i zdrowego stylu życia;</w:t>
      </w:r>
    </w:p>
    <w:p w:rsidR="00C375C7" w:rsidRDefault="008F1267">
      <w:pPr>
        <w:pStyle w:val="Listapunktowana"/>
      </w:pPr>
      <w:r>
        <w:t>upowszechnianie sportu, ruchu i aktywności fizycznej;</w:t>
      </w:r>
    </w:p>
    <w:p w:rsidR="00C375C7" w:rsidRDefault="008F1267">
      <w:pPr>
        <w:pStyle w:val="Listapunktowana"/>
      </w:pPr>
      <w:r>
        <w:t>promowanie prawidłowych nawyków żywieniowych;</w:t>
      </w:r>
    </w:p>
    <w:p w:rsidR="00C375C7" w:rsidRDefault="008F1267">
      <w:pPr>
        <w:pStyle w:val="Listapunktowana"/>
      </w:pPr>
      <w:r>
        <w:t>rozwijanie kreatywności, wyobraźni i wrażliwości artystycznej uczestników.</w:t>
      </w:r>
    </w:p>
    <w:p w:rsidR="00C375C7" w:rsidRDefault="008F1267">
      <w:r>
        <w:rPr>
          <w:b/>
          <w:sz w:val="23"/>
        </w:rPr>
        <w:t>§ 3. Uczestnicy</w:t>
      </w:r>
    </w:p>
    <w:p w:rsidR="00C375C7" w:rsidRDefault="008F1267">
      <w:r>
        <w:t>1. Konkurs ma charakter ogólnopolsk</w:t>
      </w:r>
      <w:r>
        <w:t>i i jest przeznaczony dla dzieci w wieku 5–6 lat uczęszczających do przedszkoli oraz oddziałów przedszkolnych klasy „0”.</w:t>
      </w:r>
    </w:p>
    <w:p w:rsidR="00C375C7" w:rsidRDefault="008F1267">
      <w:r>
        <w:t>2. Udział dziecka w Konkursie wymaga zgody jego rodzica lub opiekuna prawnego, złożonej na formularzu stanowiącym załącznik do Regulami</w:t>
      </w:r>
      <w:r>
        <w:t>nu.</w:t>
      </w:r>
    </w:p>
    <w:p w:rsidR="00C375C7" w:rsidRDefault="008F1267">
      <w:r>
        <w:t>3. Z jednej placówki można zgłosić maksymalnie 3 prace. Konkurs jest przeznaczony wyłącznie dla prac indywidualnych.</w:t>
      </w:r>
    </w:p>
    <w:p w:rsidR="00C375C7" w:rsidRDefault="008F1267">
      <w:r>
        <w:rPr>
          <w:b/>
          <w:sz w:val="23"/>
        </w:rPr>
        <w:t>§ 4. Tematyka i forma prac</w:t>
      </w:r>
    </w:p>
    <w:p w:rsidR="00C375C7" w:rsidRDefault="008F1267">
      <w:r>
        <w:t>1. Praca powinna nawiązywać do hasła „W zdrowym ciele, zdrowy duch” oraz przedstawiać aktywność fizyczną, sp</w:t>
      </w:r>
      <w:r>
        <w:t>ort, zdrowe odżywianie lub inne elementy zdrowego stylu życia.</w:t>
      </w:r>
    </w:p>
    <w:p w:rsidR="00C375C7" w:rsidRDefault="008F1267">
      <w:r>
        <w:t>2. Prace mogą być wykonane dowolną techniką plastyczną, m.in. jako rysunek, malarstwo, grafika, kolaż, technika mieszana, wycinanka lub praca przestrzenna.</w:t>
      </w:r>
    </w:p>
    <w:p w:rsidR="00C375C7" w:rsidRDefault="008F1267">
      <w:r>
        <w:t>3. Praca powinna być wykonana samodzi</w:t>
      </w:r>
      <w:r>
        <w:t>elnie przez uczestnika i stanowić jego oryginalne dzieło.</w:t>
      </w:r>
    </w:p>
    <w:p w:rsidR="00C375C7" w:rsidRDefault="008F1267">
      <w:r>
        <w:t>4. Format prac: A4 lub A3. Prace w innych formatach nie będą brane pod uwagę.</w:t>
      </w:r>
    </w:p>
    <w:p w:rsidR="00C375C7" w:rsidRDefault="008F1267">
      <w:r>
        <w:lastRenderedPageBreak/>
        <w:t>5. Każdy uczestnik może zgłosić jedną pracę.</w:t>
      </w:r>
    </w:p>
    <w:p w:rsidR="00C375C7" w:rsidRDefault="008F1267">
      <w:r>
        <w:t>6. Do każdej pracy należy dołączyć kompletnie wypełnione dokumenty wskazane</w:t>
      </w:r>
      <w:r>
        <w:t xml:space="preserve"> w załącznikach do Regulaminu. Prace bez wymaganych dokumentów mogą nie zostać dopuszczone do Konkursu.</w:t>
      </w:r>
    </w:p>
    <w:p w:rsidR="00C375C7" w:rsidRDefault="008F1267">
      <w:r>
        <w:rPr>
          <w:b/>
          <w:sz w:val="23"/>
        </w:rPr>
        <w:t>§ 5. Terminy i sposób nadsyłania prac</w:t>
      </w:r>
    </w:p>
    <w:p w:rsidR="00C375C7" w:rsidRDefault="008F1267">
      <w:r>
        <w:t>1. Prace należy dostarczyć osobiście lub przesłać pocztą w terminie od 5 do 23 października 2026 r.</w:t>
      </w:r>
    </w:p>
    <w:p w:rsidR="00C375C7" w:rsidRDefault="008F1267">
      <w:r>
        <w:t>2. Na przesyłc</w:t>
      </w:r>
      <w:r>
        <w:t>e należy umieścić dopisek: „W zdrowym ciele, zdrowy duch”.</w:t>
      </w:r>
    </w:p>
    <w:p w:rsidR="00C375C7" w:rsidRDefault="008F1267">
      <w:r>
        <w:t>3. Prace należy przesyłać na adres: Przedszkole Publiczne nr 3 im. Akademii Wesołych Bajtli w Radlinie, ul. Mariacka 1, 44-310 Radlin.</w:t>
      </w:r>
    </w:p>
    <w:p w:rsidR="00C375C7" w:rsidRDefault="008F1267">
      <w:r>
        <w:t>4. Za termin zgłoszenia przyjmuje się datę nadania przesyłki.</w:t>
      </w:r>
    </w:p>
    <w:p w:rsidR="00C375C7" w:rsidRDefault="008F1267">
      <w:r>
        <w:t>5. Do przesyłki należy dołączyć wymagane, wypełnione i podpisane przez rodzica/opiekuna prawnego formularze.</w:t>
      </w:r>
    </w:p>
    <w:p w:rsidR="00C375C7" w:rsidRDefault="008F1267">
      <w:r>
        <w:rPr>
          <w:b/>
          <w:sz w:val="23"/>
        </w:rPr>
        <w:t>§ 6. Ocena prac i wyniki</w:t>
      </w:r>
    </w:p>
    <w:p w:rsidR="00C375C7" w:rsidRDefault="008F1267">
      <w:r>
        <w:t>1. Prace będą oceniane przez komisję konkursową powołaną przez Organizatora.</w:t>
      </w:r>
    </w:p>
    <w:p w:rsidR="00C375C7" w:rsidRDefault="008F1267">
      <w:r>
        <w:t>2. Kryteria oceny obejmują w szczególności: z</w:t>
      </w:r>
      <w:r>
        <w:t>godność z tematyką Konkursu, pomysłowość i oryginalność, estetykę wykonania, walory artystyczne oraz sposób przedstawienia tematu.</w:t>
      </w:r>
    </w:p>
    <w:p w:rsidR="00C375C7" w:rsidRDefault="008F1267">
      <w:r>
        <w:t>3. Organizator przewiduje nagrody za I, II i III miejsce oraz może przyznać wyróżnienia.</w:t>
      </w:r>
    </w:p>
    <w:p w:rsidR="00C375C7" w:rsidRDefault="008F1267">
      <w:r>
        <w:t>4. Decyzje komisji konkursowej dotyc</w:t>
      </w:r>
      <w:r>
        <w:t>zące wyników Konkursu są ostateczne.</w:t>
      </w:r>
    </w:p>
    <w:p w:rsidR="00C375C7" w:rsidRDefault="008F1267">
      <w:r>
        <w:t>5. Wyniki Konkursu zostaną ogłoszone 26 października 2026 r.</w:t>
      </w:r>
    </w:p>
    <w:p w:rsidR="00C375C7" w:rsidRDefault="008F1267">
      <w:r>
        <w:t>6. Laureaci zostaną poinformowani o wynikach telefonicznie lub pocztą elektroniczną, na dane kontaktowe podane w formularzu zgłoszeniowym.</w:t>
      </w:r>
    </w:p>
    <w:p w:rsidR="00C375C7" w:rsidRDefault="008F1267">
      <w:r>
        <w:t>7. Nagrody dla laur</w:t>
      </w:r>
      <w:r>
        <w:t>eatów zostaną wysłane 27 października 2026 r. na adres wskazany przez rodzica/opiekuna prawnego.</w:t>
      </w:r>
    </w:p>
    <w:p w:rsidR="00C375C7" w:rsidRDefault="008F1267">
      <w:r>
        <w:t>8. Po rozstrzygnięciu Konkursu Organizator może zorganizować wystawę pokonkursową.</w:t>
      </w:r>
    </w:p>
    <w:p w:rsidR="00C375C7" w:rsidRDefault="008F1267">
      <w:r>
        <w:rPr>
          <w:b/>
          <w:sz w:val="23"/>
        </w:rPr>
        <w:t>§ 7. Prawa do prac, ich prezentacja i publikacja</w:t>
      </w:r>
    </w:p>
    <w:p w:rsidR="00C375C7" w:rsidRDefault="008F1267">
      <w:r>
        <w:t>1. Uczestnik, a w przypadku</w:t>
      </w:r>
      <w:r>
        <w:t xml:space="preserve"> dziecka jego rodzic lub opiekun prawny, oświadcza, że zgłoszona praca jest oryginalnym dziełem uczestnika, wykonanym samodzielnie, oraz że jej zgłoszenie nie narusza praw osób trzecich.</w:t>
      </w:r>
    </w:p>
    <w:p w:rsidR="00C375C7" w:rsidRDefault="008F1267">
      <w:r>
        <w:t>2. Organizator nie nabywa automatycznie autorskich praw majątkowych d</w:t>
      </w:r>
      <w:r>
        <w:t>o pracy przez sam fakt jej zgłoszenia do Konkursu.</w:t>
      </w:r>
    </w:p>
    <w:p w:rsidR="00C375C7" w:rsidRDefault="008F1267">
      <w:r>
        <w:t>3. W zakresie, w jakim rodzic/opiekun prawny wyrazi na to odrębną zgodę, Organizator może nieodpłatnie wykorzystywać, prezentować, reprodukować i publikować zgłoszoną pracę wyłącznie w związku z organizacj</w:t>
      </w:r>
      <w:r>
        <w:t>ą, dokumentowaniem i promocją Konkursu oraz działalności statutowej Organizatora.</w:t>
      </w:r>
    </w:p>
    <w:p w:rsidR="00C375C7" w:rsidRDefault="008F1267">
      <w:r>
        <w:t>4. Zgoda na publikację pracy jest dobrowolna i może obejmować w szczególności wystawę pokonkursową, stronę internetową Organizatora, materiały informacyjne oraz profile Organ</w:t>
      </w:r>
      <w:r>
        <w:t>izatora w mediach społecznościowych – zgodnie z zakresem wskazanym w formularzu zgody.</w:t>
      </w:r>
    </w:p>
    <w:p w:rsidR="00C375C7" w:rsidRDefault="008F1267">
      <w:r>
        <w:lastRenderedPageBreak/>
        <w:t>5. Organizator może wykonywać fotografie lub skany prac w celu ich dokumentacji i prezentacji, w zakresie objętym zgodą rodzica/opiekuna prawnego.</w:t>
      </w:r>
    </w:p>
    <w:p w:rsidR="00C375C7" w:rsidRDefault="008F1267">
      <w:r>
        <w:t>6. Prace niezgodne z t</w:t>
      </w:r>
      <w:r>
        <w:t>ematyką Konkursu, naruszające prawa osób trzecich lub zawierające treści powszechnie uznawane za obraźliwe lub wulgarne mogą zostać wykluczone z Konkursu.</w:t>
      </w:r>
    </w:p>
    <w:p w:rsidR="00C375C7" w:rsidRDefault="008F1267">
      <w:r>
        <w:t xml:space="preserve">7. Oryginały prac pozostają u Organizatora na potrzeby dokumentacji i ewentualnej wystawy </w:t>
      </w:r>
      <w:r w:rsidR="00F05EAF">
        <w:t xml:space="preserve">pokonkursowej. </w:t>
      </w:r>
    </w:p>
    <w:p w:rsidR="00C375C7" w:rsidRDefault="008F1267">
      <w:r>
        <w:t>8. Zgłoszenie pracy do Konkursu nie oznacza automatycznej zgody na publikację danych osobowych ani wizerunku dziecka. Te kwestie regul</w:t>
      </w:r>
      <w:r>
        <w:t>ują odrębne formularze.</w:t>
      </w:r>
    </w:p>
    <w:p w:rsidR="00C375C7" w:rsidRDefault="008F1267">
      <w:r>
        <w:rPr>
          <w:b/>
          <w:sz w:val="23"/>
        </w:rPr>
        <w:t>§ 8. Ochrona danych osobowych</w:t>
      </w:r>
    </w:p>
    <w:p w:rsidR="00C375C7" w:rsidRDefault="008F1267">
      <w:r>
        <w:t>1. Administratorem danych osobowych jest Przedszkole Publiczne nr 3 im. Akademii Wesołych Bajtli w Radlinie, ul. Mariacka 1, 44-310 Radlin.</w:t>
      </w:r>
    </w:p>
    <w:p w:rsidR="00C375C7" w:rsidRDefault="008F1267">
      <w:r>
        <w:t>2. Szczegółowe informacje dotyczące przetwarzania danych osobo</w:t>
      </w:r>
      <w:r>
        <w:t>wych zawiera odrębna klauzula informacyjna RODO stanowiąca załącznik do Regulaminu.</w:t>
      </w:r>
    </w:p>
    <w:p w:rsidR="00C375C7" w:rsidRDefault="008F1267">
      <w:r>
        <w:t>3. Dane osobowe będą przetwarzane w zakresie niezbędnym do organizacji i przeprowadzenia Konkursu, kontaktu z uczestnikami/rodzicami lub opiekunami prawnymi, wyłonienia lau</w:t>
      </w:r>
      <w:r>
        <w:t>reatów, przekazania nagród oraz prowadzenia wymaganej dokumentacji.</w:t>
      </w:r>
    </w:p>
    <w:p w:rsidR="00C375C7" w:rsidRDefault="008F1267">
      <w:r>
        <w:t>4. Publikacja danych dziecka, jego pracy lub wizerunku odbywa się wyłącznie w zakresie wynikającym z odrębnych zgód, jeżeli takie zgody są wymagane.</w:t>
      </w:r>
    </w:p>
    <w:p w:rsidR="00C375C7" w:rsidRDefault="008F1267">
      <w:r>
        <w:rPr>
          <w:b/>
          <w:sz w:val="23"/>
        </w:rPr>
        <w:t>§ 9. Postanowienia końcowe</w:t>
      </w:r>
    </w:p>
    <w:p w:rsidR="00C375C7" w:rsidRDefault="008F1267">
      <w:r>
        <w:t>1. Zgłoszeni</w:t>
      </w:r>
      <w:r>
        <w:t>e dziecka do Konkursu oznacza akceptację Regulaminu przez jego rodzica lub opiekuna prawnego.</w:t>
      </w:r>
    </w:p>
    <w:p w:rsidR="00C375C7" w:rsidRDefault="008F1267">
      <w:r>
        <w:t>2. Organizator zastrzega sobie prawo do wykluczenia pracy, jeżeli uzasadnione jest podejrzenie naruszenia praw osób trzecich, zasad Konkursu lub postanowień Regul</w:t>
      </w:r>
      <w:r>
        <w:t>aminu.</w:t>
      </w:r>
    </w:p>
    <w:p w:rsidR="00C375C7" w:rsidRDefault="008F1267">
      <w:r>
        <w:t>3. Organizator zastrzega sobie prawo do dokonania zmian w Regulaminie, jeżeli okaże się to konieczne z przyczyn organizacyjnych, prawnych lub technicznych, z zastrzeżeniem, że zmiany nie będą naruszać praw nabytych uczestników.</w:t>
      </w:r>
    </w:p>
    <w:p w:rsidR="00C375C7" w:rsidRDefault="008F1267">
      <w:r>
        <w:t xml:space="preserve">4. W sprawach </w:t>
      </w:r>
      <w:r>
        <w:t>nieuregulowanych Regulaminem zastosowanie mają właściwe przepisy prawa.</w:t>
      </w:r>
    </w:p>
    <w:p w:rsidR="00C375C7" w:rsidRDefault="008F1267">
      <w:r>
        <w:t>5. Regulamin jest dostępny w siedzibie Organizatora oraz w miejscu, w którym Organizator publikuje informacje dotyczące Konkursu.</w:t>
      </w:r>
    </w:p>
    <w:p w:rsidR="00C375C7" w:rsidRDefault="008F1267">
      <w:r>
        <w:rPr>
          <w:b/>
          <w:sz w:val="23"/>
        </w:rPr>
        <w:t>ZAŁĄCZNIK NR 1 – ZGŁOSZENIE DZIECKA DO KONKURSU</w:t>
      </w:r>
    </w:p>
    <w:p w:rsidR="00C375C7" w:rsidRDefault="008F1267">
      <w:r>
        <w:t>„W zdr</w:t>
      </w:r>
      <w:r>
        <w:t>owym ciele, zdrowy duch”</w:t>
      </w:r>
    </w:p>
    <w:p w:rsidR="00C375C7" w:rsidRDefault="008F1267">
      <w:r>
        <w:t>Imię i nazwisko uczestnika: ................................................................................................</w:t>
      </w:r>
    </w:p>
    <w:p w:rsidR="00C375C7" w:rsidRDefault="008F1267">
      <w:r>
        <w:t>Wiek uczestnika (5–6 lat) / grupa: .......................................................................</w:t>
      </w:r>
      <w:r>
        <w:t>.................</w:t>
      </w:r>
    </w:p>
    <w:p w:rsidR="00C375C7" w:rsidRDefault="008F1267">
      <w:r>
        <w:t>Nazwa placówki: ....................................................................................................................</w:t>
      </w:r>
    </w:p>
    <w:p w:rsidR="00C375C7" w:rsidRDefault="008F1267">
      <w:r>
        <w:t>Imię i nazwisko rodzica/opiekuna prawnego: ..............................................................</w:t>
      </w:r>
      <w:r>
        <w:t>.............</w:t>
      </w:r>
    </w:p>
    <w:p w:rsidR="00C375C7" w:rsidRDefault="008F1267">
      <w:r>
        <w:lastRenderedPageBreak/>
        <w:t>Telefon lub e-mail do kontaktu: ...............................................................................................</w:t>
      </w:r>
    </w:p>
    <w:p w:rsidR="00C375C7" w:rsidRDefault="008F1267">
      <w:r>
        <w:t>☐</w:t>
      </w:r>
      <w:r>
        <w:t xml:space="preserve"> Oświadczam, że zapoznałem/am się z Regulaminem Konkursu i akceptuję jego postanowienia.</w:t>
      </w:r>
    </w:p>
    <w:p w:rsidR="00C375C7" w:rsidRDefault="008F1267">
      <w:r>
        <w:t>☐</w:t>
      </w:r>
      <w:r>
        <w:t xml:space="preserve"> Oświadczam, że nadesła</w:t>
      </w:r>
      <w:r>
        <w:t>na praca jest oryginalna i została wykonana samodzielnie przez uczestnika.</w:t>
      </w:r>
    </w:p>
    <w:p w:rsidR="00C375C7" w:rsidRDefault="008F1267">
      <w:r>
        <w:t>Miejscowość i data: ....................................................</w:t>
      </w:r>
    </w:p>
    <w:p w:rsidR="00C375C7" w:rsidRDefault="008F1267">
      <w:r>
        <w:t>Podpis rodzica/opiekuna prawnego: ....................................................</w:t>
      </w:r>
    </w:p>
    <w:p w:rsidR="00C375C7" w:rsidRDefault="008F1267">
      <w:r>
        <w:rPr>
          <w:b/>
          <w:sz w:val="23"/>
        </w:rPr>
        <w:t>ZAŁĄCZNIK NR 2 – ZGOD</w:t>
      </w:r>
      <w:r>
        <w:rPr>
          <w:b/>
          <w:sz w:val="23"/>
        </w:rPr>
        <w:t>A NA WYSTAWĘ I PUBLIKACJĘ PRACY</w:t>
      </w:r>
    </w:p>
    <w:p w:rsidR="00C375C7" w:rsidRDefault="008F1267">
      <w:r>
        <w:t>Ja, niżej podpisany/a, jako rodzic/opiekun prawny dziecka, wyrażam dobrowolną zgodę na nieodpłatne prezentowanie i publikowanie pracy konkursowej wykonanej przez moje dziecko w ramach konkursu „W zdrowym ciele, zdrowy duch”,</w:t>
      </w:r>
      <w:r>
        <w:t xml:space="preserve"> w następującym zakresie:</w:t>
      </w:r>
    </w:p>
    <w:p w:rsidR="00C375C7" w:rsidRDefault="008F1267">
      <w:pPr>
        <w:pStyle w:val="Listapunktowana"/>
      </w:pPr>
      <w:r>
        <w:t>☐</w:t>
      </w:r>
      <w:r>
        <w:t xml:space="preserve"> wystawienie pracy w ramach wystawy pokonkursowej lub prezentacji Organizatora;</w:t>
      </w:r>
    </w:p>
    <w:p w:rsidR="00C375C7" w:rsidRDefault="008F1267">
      <w:pPr>
        <w:pStyle w:val="Listapunktowana"/>
      </w:pPr>
      <w:r>
        <w:t>☐</w:t>
      </w:r>
      <w:r>
        <w:t xml:space="preserve"> publikację zdjęcia lub skanu pracy w materiałach informacyjnych, edukacyjnych i promocyjnych związanych z Konkursem;</w:t>
      </w:r>
    </w:p>
    <w:p w:rsidR="00C375C7" w:rsidRDefault="008F1267">
      <w:pPr>
        <w:pStyle w:val="Listapunktowana"/>
      </w:pPr>
      <w:r>
        <w:t>☐</w:t>
      </w:r>
      <w:r>
        <w:t xml:space="preserve"> publikację pracy na stronie </w:t>
      </w:r>
      <w:r>
        <w:t>internetowej Organizatora;</w:t>
      </w:r>
    </w:p>
    <w:p w:rsidR="00C375C7" w:rsidRDefault="008F1267">
      <w:pPr>
        <w:pStyle w:val="Listapunktowana"/>
      </w:pPr>
      <w:r>
        <w:t>☐</w:t>
      </w:r>
      <w:r>
        <w:t xml:space="preserve"> publikację pracy w mediach społecznościowych Organizatora;</w:t>
      </w:r>
    </w:p>
    <w:p w:rsidR="00C375C7" w:rsidRDefault="008F1267">
      <w:pPr>
        <w:pStyle w:val="Listapunktowana"/>
      </w:pPr>
      <w:r>
        <w:t>☐</w:t>
      </w:r>
      <w:r>
        <w:t xml:space="preserve"> wykorzystanie pracy w materiałach dokumentujących i promujących Konkurs oraz działalność statutową Organizatora.</w:t>
      </w:r>
    </w:p>
    <w:p w:rsidR="00C375C7" w:rsidRDefault="008F1267">
      <w:r>
        <w:t>Niniejsza zgoda nie obejmuje automatycznie zgody na p</w:t>
      </w:r>
      <w:r>
        <w:t>ublikację wizerunku dziecka.</w:t>
      </w:r>
    </w:p>
    <w:p w:rsidR="00C375C7" w:rsidRDefault="008F1267">
      <w:r>
        <w:t>Imię i nazwisko uczestnika: ................................................................................................</w:t>
      </w:r>
    </w:p>
    <w:p w:rsidR="00C375C7" w:rsidRDefault="008F1267">
      <w:r>
        <w:t>Miejscowość i data: ....................................................</w:t>
      </w:r>
    </w:p>
    <w:p w:rsidR="00C375C7" w:rsidRDefault="008F1267">
      <w:r>
        <w:t>Podpis rodzica/opiekuna prawn</w:t>
      </w:r>
      <w:r>
        <w:t>ego: ....................................................</w:t>
      </w:r>
    </w:p>
    <w:p w:rsidR="00C375C7" w:rsidRDefault="008F1267">
      <w:r>
        <w:rPr>
          <w:b/>
          <w:sz w:val="23"/>
        </w:rPr>
        <w:t>ZAŁĄCZNIK NR 3 – ZGODA NA WYKORZYSTANIE WIZERUNKU DZIECKA</w:t>
      </w:r>
    </w:p>
    <w:p w:rsidR="00C375C7" w:rsidRDefault="008F1267">
      <w:r>
        <w:t>Ja, niżej podpisany/a, jako rodzic/opiekun prawny dziecka, wyrażam dobrowolną zgodę na nieodpłatne utrwalanie i publikowanie wizerunku mojeg</w:t>
      </w:r>
      <w:r>
        <w:t>o dziecka w związku z udziałem w konkursie „W zdrowym ciele, zdrowy duch”, w następującym zakresie:</w:t>
      </w:r>
    </w:p>
    <w:p w:rsidR="00C375C7" w:rsidRDefault="008F1267">
      <w:pPr>
        <w:pStyle w:val="Listapunktowana"/>
      </w:pPr>
      <w:r>
        <w:t>☐</w:t>
      </w:r>
      <w:r>
        <w:t xml:space="preserve"> dokumentacja fotograficzna i relacja z przebiegu Konkursu;</w:t>
      </w:r>
    </w:p>
    <w:p w:rsidR="00C375C7" w:rsidRDefault="008F1267">
      <w:pPr>
        <w:pStyle w:val="Listapunktowana"/>
      </w:pPr>
      <w:r>
        <w:t>☐</w:t>
      </w:r>
      <w:r>
        <w:t xml:space="preserve"> strona internetowa Organizatora;</w:t>
      </w:r>
    </w:p>
    <w:p w:rsidR="00C375C7" w:rsidRDefault="008F1267">
      <w:pPr>
        <w:pStyle w:val="Listapunktowana"/>
      </w:pPr>
      <w:r>
        <w:t>☐</w:t>
      </w:r>
      <w:r>
        <w:t xml:space="preserve"> media społecznościowe Organizatora;</w:t>
      </w:r>
    </w:p>
    <w:p w:rsidR="00C375C7" w:rsidRDefault="008F1267">
      <w:pPr>
        <w:pStyle w:val="Listapunktowana"/>
      </w:pPr>
      <w:r>
        <w:t>☐</w:t>
      </w:r>
      <w:r>
        <w:t xml:space="preserve"> materiały </w:t>
      </w:r>
      <w:r>
        <w:t>informacyjne i promocyjne dotyczące Konkursu.</w:t>
      </w:r>
    </w:p>
    <w:p w:rsidR="00C375C7" w:rsidRDefault="008F1267">
      <w:r>
        <w:t>Zgoda może zostać wycofana w dowolnym momencie na przyszłość. Wycofanie zgody nie wpływa na zgodność z prawem wykorzystania wizerunku dokonanego przed jej wycofaniem.</w:t>
      </w:r>
    </w:p>
    <w:p w:rsidR="00C375C7" w:rsidRDefault="008F1267">
      <w:r>
        <w:t>Imię i nazwisko dziecka: ..................</w:t>
      </w:r>
      <w:r>
        <w:t>..............................................................................</w:t>
      </w:r>
    </w:p>
    <w:p w:rsidR="00C375C7" w:rsidRDefault="008F1267">
      <w:r>
        <w:t>Imię i nazwisko rodzica/opiekuna prawnego: .........................................................................</w:t>
      </w:r>
    </w:p>
    <w:p w:rsidR="00C375C7" w:rsidRDefault="008F1267">
      <w:r>
        <w:t>Miejscowość i data: ........................................</w:t>
      </w:r>
      <w:r>
        <w:t>............</w:t>
      </w:r>
    </w:p>
    <w:p w:rsidR="00C375C7" w:rsidRDefault="008F1267">
      <w:r>
        <w:t>Podpis rodzica/opiekuna prawnego: ....................................................</w:t>
      </w:r>
    </w:p>
    <w:p w:rsidR="00F05EAF" w:rsidRDefault="00F05EAF">
      <w:pPr>
        <w:rPr>
          <w:b/>
          <w:sz w:val="23"/>
        </w:rPr>
      </w:pPr>
    </w:p>
    <w:p w:rsidR="00C375C7" w:rsidRDefault="008F1267">
      <w:bookmarkStart w:id="0" w:name="_GoBack"/>
      <w:bookmarkEnd w:id="0"/>
      <w:r>
        <w:rPr>
          <w:b/>
          <w:sz w:val="23"/>
        </w:rPr>
        <w:lastRenderedPageBreak/>
        <w:t>ZAŁĄCZNIK NR 4 – METRYCZKA PRACY</w:t>
      </w:r>
    </w:p>
    <w:p w:rsidR="00C375C7" w:rsidRDefault="008F1267">
      <w:r>
        <w:t>PROSZĘ WYPEŁNIĆ DRUKOWANYMI LITERAMI I PRZYKLEIĆ NA REWERSIE PRACY KONKURSOWEJ</w:t>
      </w:r>
    </w:p>
    <w:p w:rsidR="00C375C7" w:rsidRDefault="008F1267">
      <w:r>
        <w:t>Imię i nazwisko autora pracy: ..............</w:t>
      </w:r>
      <w:r>
        <w:t>...................................................................................</w:t>
      </w:r>
    </w:p>
    <w:p w:rsidR="00C375C7" w:rsidRDefault="008F1267">
      <w:r>
        <w:t>Wiek: ....................</w:t>
      </w:r>
    </w:p>
    <w:p w:rsidR="00C375C7" w:rsidRDefault="008F1267">
      <w:r>
        <w:t>Nazwa placówki: ....................................................................................................................</w:t>
      </w:r>
    </w:p>
    <w:p w:rsidR="00C375C7" w:rsidRDefault="008F1267">
      <w:r>
        <w:t xml:space="preserve">Adres </w:t>
      </w:r>
      <w:r>
        <w:t>placówki: .....................................................................................................................</w:t>
      </w:r>
    </w:p>
    <w:p w:rsidR="00C375C7" w:rsidRDefault="008F1267">
      <w:r>
        <w:t>Telefon/e-mail placówki: .......................................................................................................</w:t>
      </w:r>
      <w:r>
        <w:t>.</w:t>
      </w:r>
    </w:p>
    <w:p w:rsidR="00C375C7" w:rsidRDefault="008F1267">
      <w:r>
        <w:t>Imię i nazwisko nauczyciela/opiekuna: ....................................................................................</w:t>
      </w:r>
    </w:p>
    <w:p w:rsidR="00C375C7" w:rsidRDefault="008F1267">
      <w:r>
        <w:rPr>
          <w:b/>
          <w:sz w:val="23"/>
        </w:rPr>
        <w:t>ZAŁĄCZNIK NR 5 – KLAUZULA INFORMACYJNA RODO</w:t>
      </w:r>
    </w:p>
    <w:p w:rsidR="00C375C7" w:rsidRDefault="008F1267">
      <w:r>
        <w:t xml:space="preserve">Administratorem danych osobowych jest Przedszkole Publiczne nr 3 im. Akademii Wesołych </w:t>
      </w:r>
      <w:r>
        <w:t>Bajtli w Radlinie, ul. Mariacka 1, 44-310 Radlin, tel. 32 729 23 17, e-mail: pp3@radlin.pl.</w:t>
      </w:r>
    </w:p>
    <w:p w:rsidR="00C375C7" w:rsidRDefault="008F1267">
      <w:r>
        <w:t>Kontakt z Inspektorem Ochrony Danych: sylwia@informatics.jaworzno.pl oraz listownie lub osobiście pod adresem siedziby Administratora.</w:t>
      </w:r>
    </w:p>
    <w:p w:rsidR="00C375C7" w:rsidRDefault="008F1267">
      <w:r>
        <w:t>Dane osobowe dziecka oraz jeg</w:t>
      </w:r>
      <w:r>
        <w:t>o rodzica/opiekuna prawnego będą przetwarzane w celu organizacji i przeprowadzenia Konkursu, przyjmowania i oceny zgłoszeń, kontaktu, wyłonienia laureatów, przekazania nagród oraz prowadzenia dokumentacji.</w:t>
      </w:r>
    </w:p>
    <w:p w:rsidR="00C375C7" w:rsidRDefault="008F1267">
      <w:r>
        <w:t>Podstawą prawną przetwarzania jest art. 6 ust. 1 l</w:t>
      </w:r>
      <w:r>
        <w:t>it. e RODO – w zakresie, w jakim przetwarzanie jest niezbędne do wykonania zadania realizowanego w interesie publicznym lub w ramach sprawowania władzy publicznej powierzonej Administratorowi – oraz inne właściwe przepisy prawa, jeżeli mają zastosowanie. W</w:t>
      </w:r>
      <w:r>
        <w:t xml:space="preserve"> zakresie, w jakim podstawą przetwarzania jest zgoda, zastosowanie ma art. 6 ust. 1 lit. a RODO.</w:t>
      </w:r>
    </w:p>
    <w:p w:rsidR="00C375C7" w:rsidRDefault="008F1267">
      <w:r>
        <w:t>Dane mogą być udostępniane pracownikom i osobom upoważnionym przez Administratora, podmiotom przetwarzającym dane na jego zlecenie oraz podmiotom uprawnionym n</w:t>
      </w:r>
      <w:r>
        <w:t>a podstawie przepisów prawa.</w:t>
      </w:r>
    </w:p>
    <w:p w:rsidR="00C375C7" w:rsidRDefault="008F1267">
      <w:r>
        <w:t>Dane będą przechowywane przez okres niezbędny do przeprowadzenia Konkursu oraz przez okres wymagany przepisami dotyczącymi przechowywania dokumentacji. Dane przetwarzane na podstawie zgody będą przechowywane do czasu jej wycofa</w:t>
      </w:r>
      <w:r>
        <w:t>nia, z uwzględnieniem okresu niezbędnego do ustalenia, dochodzenia lub obrony ewentualnych roszczeń.</w:t>
      </w:r>
    </w:p>
    <w:p w:rsidR="00C375C7" w:rsidRDefault="008F1267">
      <w:r>
        <w:t>W zakresie przewidzianym RODO przysługuje prawo dostępu do danych, ich sprostowania, usunięcia lub ograniczenia przetwarzania oraz – w zakresie, w jakim pr</w:t>
      </w:r>
      <w:r>
        <w:t>zetwarzanie odbywa się na podstawie zgody – prawo do cofnięcia zgody w dowolnym momencie. W przypadkach przewidzianych prawem może również przysługiwać prawo do wniesienia sprzeciwu.</w:t>
      </w:r>
    </w:p>
    <w:p w:rsidR="00C375C7" w:rsidRDefault="008F1267">
      <w:r>
        <w:t>Przysługuje również prawo wniesienia skargi do Prezesa Urzędu Ochrony Dan</w:t>
      </w:r>
      <w:r>
        <w:t>ych Osobowych.</w:t>
      </w:r>
    </w:p>
    <w:p w:rsidR="00C375C7" w:rsidRDefault="008F1267">
      <w:r>
        <w:t>Podanie danych niezbędnych do zgłoszenia i przeprowadzenia Konkursu jest wymagane w zakresie określonym w Regulaminie. Niepodanie danych może skutkować brakiem możliwości udziału w Konkursie.</w:t>
      </w:r>
    </w:p>
    <w:p w:rsidR="00C375C7" w:rsidRDefault="008F1267">
      <w:r>
        <w:t>Dane osobowe nie będą przetwarzane w sposób prowa</w:t>
      </w:r>
      <w:r>
        <w:t>dzący do zautomatyzowanego podejmowania decyzji, w tym nie będą podlegały profilowaniu.</w:t>
      </w:r>
    </w:p>
    <w:sectPr w:rsidR="00C375C7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F1267"/>
    <w:rsid w:val="00AA1D8D"/>
    <w:rsid w:val="00B47730"/>
    <w:rsid w:val="00C375C7"/>
    <w:rsid w:val="00CB0664"/>
    <w:rsid w:val="00F05E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9E33EA-126C-4460-BC43-1EF434815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1821</Words>
  <Characters>10927</Characters>
  <Application>Microsoft Office Word</Application>
  <DocSecurity>0</DocSecurity>
  <Lines>91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patryk dwwwe</cp:lastModifiedBy>
  <cp:revision>2</cp:revision>
  <dcterms:created xsi:type="dcterms:W3CDTF">2026-10-04T19:23:00Z</dcterms:created>
  <dcterms:modified xsi:type="dcterms:W3CDTF">2026-10-04T19:23:00Z</dcterms:modified>
</cp:coreProperties>
</file>